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CURRÍCULO PROFISSIONAL</w:t>
      </w:r>
    </w:p>
    <w:p>
      <w:pPr>
        <w:pStyle w:val="Heading1"/>
      </w:pPr>
      <w:r>
        <w:t>DADOS PESSOAIS</w:t>
      </w:r>
    </w:p>
    <w:p>
      <w:r>
        <w:t xml:space="preserve">Nome completo: </w:t>
        <w:br/>
        <w:t xml:space="preserve">Telefone: </w:t>
        <w:br/>
        <w:t xml:space="preserve">E-mail: </w:t>
        <w:br/>
        <w:t xml:space="preserve">LinkedIn: </w:t>
        <w:br/>
        <w:t>Portfólio:</w:t>
      </w:r>
    </w:p>
    <w:p>
      <w:pPr>
        <w:pStyle w:val="Heading1"/>
      </w:pPr>
      <w:r>
        <w:t>OBJETIVO PROFISSIONAL</w:t>
      </w:r>
    </w:p>
    <w:p>
      <w:r>
        <w:t>Exemplo: Atuar na área de marketing digital, aplicando habilidades em estratégias de mídias sociais e produção de conteúdo para fortalecer a presença online da empresa.</w:t>
      </w:r>
    </w:p>
    <w:p>
      <w:pPr>
        <w:pStyle w:val="Heading1"/>
      </w:pPr>
      <w:r>
        <w:t>FORMAÇÃO ACADÊMICA</w:t>
      </w:r>
    </w:p>
    <w:p>
      <w:r>
        <w:t>Nome da Instituição – Curso</w:t>
        <w:br/>
        <w:t>Ano de início – Ano de conclusão (ou previsão)</w:t>
        <w:br/>
        <w:t>- Atividades relevantes ou destaques acadêmicos (opcional)</w:t>
      </w:r>
    </w:p>
    <w:p>
      <w:pPr>
        <w:pStyle w:val="Heading1"/>
      </w:pPr>
      <w:r>
        <w:t>EXPERIÊNCIA PROFISSIONAL</w:t>
      </w:r>
    </w:p>
    <w:p>
      <w:r>
        <w:t>Empresa – Cargo</w:t>
        <w:br/>
        <w:t>Mês/Ano de início – Mês/Ano de término</w:t>
        <w:br/>
        <w:t>- Responsabilidade ou conquista 1</w:t>
        <w:br/>
        <w:t>- Responsabilidade ou conquista 2</w:t>
        <w:br/>
        <w:t>- Responsabilidade ou conquista 3</w:t>
      </w:r>
    </w:p>
    <w:p>
      <w:pPr>
        <w:pStyle w:val="Heading1"/>
      </w:pPr>
      <w:r>
        <w:t>HABILIDADES E COMPETÊNCIAS</w:t>
      </w:r>
    </w:p>
    <w:p>
      <w:r>
        <w:t>- Habilidade técnica 1</w:t>
        <w:br/>
        <w:t>- Habilidade técnica 2</w:t>
        <w:br/>
        <w:t>- Soft skill 1</w:t>
        <w:br/>
        <w:t>- Soft skill 2</w:t>
      </w:r>
    </w:p>
    <w:p>
      <w:pPr>
        <w:pStyle w:val="Heading1"/>
      </w:pPr>
      <w:r>
        <w:t>CURSOS E CERTIFICAÇÕES</w:t>
      </w:r>
    </w:p>
    <w:p>
      <w:r>
        <w:t>- Curso ou certificação – Instituição – Ano</w:t>
        <w:br/>
        <w:t>- Curso ou certificação – Instituição – Ano</w:t>
      </w:r>
    </w:p>
    <w:p>
      <w:pPr>
        <w:pStyle w:val="Heading1"/>
      </w:pPr>
      <w:r>
        <w:t>INFORMAÇÕES ADICIONAIS (opcional)</w:t>
      </w:r>
    </w:p>
    <w:p>
      <w:r>
        <w:t>- Idiomas e nível de proficiência</w:t>
        <w:br/>
        <w:t>- Projetos relevantes</w:t>
        <w:br/>
        <w:t>- Voluntariado ou participação em eventos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